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2FBD8" w14:textId="57C9632C" w:rsidR="009F0BCB" w:rsidRPr="006703A8" w:rsidRDefault="00000000">
      <w:pPr>
        <w:pStyle w:val="Title"/>
        <w:rPr>
          <w:rFonts w:eastAsia="Malgun Gothic"/>
          <w:b/>
          <w:bCs/>
          <w:sz w:val="32"/>
          <w:szCs w:val="32"/>
          <w:lang w:eastAsia="ko-KR"/>
        </w:rPr>
      </w:pPr>
      <w:r w:rsidRPr="006703A8">
        <w:rPr>
          <w:b/>
          <w:bCs/>
          <w:sz w:val="32"/>
          <w:szCs w:val="32"/>
        </w:rPr>
        <w:t>Researcher</w:t>
      </w:r>
      <w:r w:rsidR="00BA3316">
        <w:rPr>
          <w:rFonts w:eastAsia="Malgun Gothic" w:hint="eastAsia"/>
          <w:b/>
          <w:bCs/>
          <w:sz w:val="32"/>
          <w:szCs w:val="32"/>
          <w:lang w:eastAsia="ko-KR"/>
        </w:rPr>
        <w:t>s</w:t>
      </w:r>
      <w:r w:rsidRPr="006703A8">
        <w:rPr>
          <w:b/>
          <w:bCs/>
          <w:sz w:val="32"/>
          <w:szCs w:val="32"/>
        </w:rPr>
        <w:t xml:space="preserve"> Networking Forum </w:t>
      </w:r>
      <w:r w:rsidR="006703A8" w:rsidRPr="006703A8">
        <w:rPr>
          <w:rFonts w:hint="eastAsia"/>
          <w:b/>
          <w:bCs/>
          <w:sz w:val="32"/>
          <w:szCs w:val="32"/>
        </w:rPr>
        <w:t>Effectiveness Questionnaire</w:t>
      </w:r>
    </w:p>
    <w:p w14:paraId="7E9F5191" w14:textId="18342C3B" w:rsidR="00EB40C0" w:rsidRPr="00DD4A82" w:rsidRDefault="00D47D54" w:rsidP="00A42FEC">
      <w:pPr>
        <w:spacing w:before="240" w:line="240" w:lineRule="auto"/>
        <w:rPr>
          <w:rFonts w:eastAsia="Malgun Gothic"/>
          <w:sz w:val="20"/>
          <w:szCs w:val="20"/>
          <w:lang w:eastAsia="ko-KR"/>
        </w:rPr>
      </w:pPr>
      <w:r w:rsidRPr="00DD4A82">
        <w:rPr>
          <w:rFonts w:eastAsia="Malgun Gothic" w:hint="eastAsia"/>
          <w:sz w:val="20"/>
          <w:szCs w:val="20"/>
          <w:lang w:eastAsia="ko-KR"/>
        </w:rPr>
        <w:t xml:space="preserve">Your valuable input will help us </w:t>
      </w:r>
      <w:r w:rsidR="001658EC" w:rsidRPr="00DD4A82">
        <w:rPr>
          <w:rFonts w:eastAsia="Malgun Gothic" w:hint="eastAsia"/>
          <w:sz w:val="20"/>
          <w:szCs w:val="20"/>
          <w:lang w:eastAsia="ko-KR"/>
        </w:rPr>
        <w:t>assess</w:t>
      </w:r>
      <w:r w:rsidR="00A72659" w:rsidRPr="00DD4A82">
        <w:rPr>
          <w:rFonts w:eastAsia="Malgun Gothic" w:hint="eastAsia"/>
          <w:sz w:val="20"/>
          <w:szCs w:val="20"/>
          <w:lang w:eastAsia="ko-KR"/>
        </w:rPr>
        <w:t xml:space="preserve"> the forum</w:t>
      </w:r>
      <w:r w:rsidR="00A72659" w:rsidRPr="00DD4A82">
        <w:rPr>
          <w:rFonts w:eastAsia="Malgun Gothic"/>
          <w:sz w:val="20"/>
          <w:szCs w:val="20"/>
          <w:lang w:eastAsia="ko-KR"/>
        </w:rPr>
        <w:t>’</w:t>
      </w:r>
      <w:r w:rsidR="00A72659" w:rsidRPr="00DD4A82">
        <w:rPr>
          <w:rFonts w:eastAsia="Malgun Gothic" w:hint="eastAsia"/>
          <w:sz w:val="20"/>
          <w:szCs w:val="20"/>
          <w:lang w:eastAsia="ko-KR"/>
        </w:rPr>
        <w:t xml:space="preserve">s impact and </w:t>
      </w:r>
      <w:r w:rsidRPr="00DD4A82">
        <w:rPr>
          <w:rFonts w:eastAsia="Malgun Gothic" w:hint="eastAsia"/>
          <w:sz w:val="20"/>
          <w:szCs w:val="20"/>
          <w:lang w:eastAsia="ko-KR"/>
        </w:rPr>
        <w:t xml:space="preserve">plan future </w:t>
      </w:r>
      <w:r w:rsidR="00A72659" w:rsidRPr="00DD4A82">
        <w:rPr>
          <w:rFonts w:eastAsia="Malgun Gothic" w:hint="eastAsia"/>
          <w:sz w:val="20"/>
          <w:szCs w:val="20"/>
          <w:lang w:eastAsia="ko-KR"/>
        </w:rPr>
        <w:t>activities to foster joint research collaboration.</w:t>
      </w:r>
      <w:r w:rsidR="000D576D" w:rsidRPr="00DD4A82">
        <w:rPr>
          <w:rFonts w:eastAsia="Malgun Gothic" w:hint="eastAsia"/>
          <w:sz w:val="20"/>
          <w:szCs w:val="20"/>
          <w:lang w:eastAsia="ko-KR"/>
        </w:rPr>
        <w:t xml:space="preserve"> Please note that follow-up surveys may be conducted after the event to further assess the forum</w:t>
      </w:r>
      <w:r w:rsidR="000D576D" w:rsidRPr="00DD4A82">
        <w:rPr>
          <w:rFonts w:eastAsia="Malgun Gothic"/>
          <w:sz w:val="20"/>
          <w:szCs w:val="20"/>
          <w:lang w:eastAsia="ko-KR"/>
        </w:rPr>
        <w:t>’</w:t>
      </w:r>
      <w:r w:rsidR="000D576D" w:rsidRPr="00DD4A82">
        <w:rPr>
          <w:rFonts w:eastAsia="Malgun Gothic" w:hint="eastAsia"/>
          <w:sz w:val="20"/>
          <w:szCs w:val="20"/>
          <w:lang w:eastAsia="ko-KR"/>
        </w:rPr>
        <w:t>s long-term outcomes and collaborations.</w:t>
      </w:r>
    </w:p>
    <w:p w14:paraId="4248C85B" w14:textId="4A806B92" w:rsidR="00722CC3" w:rsidRPr="009C694C" w:rsidRDefault="009C694C" w:rsidP="009C694C">
      <w:pPr>
        <w:pStyle w:val="Heading1"/>
        <w:spacing w:before="240"/>
        <w:rPr>
          <w:rFonts w:eastAsia="Malgun Gothic"/>
          <w:lang w:eastAsia="ko-KR"/>
        </w:rPr>
      </w:pPr>
      <w:r>
        <w:rPr>
          <w:rFonts w:eastAsia="Malgun Gothic" w:hint="eastAsia"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AB8D84" wp14:editId="100D9B9B">
                <wp:simplePos x="0" y="0"/>
                <wp:positionH relativeFrom="margin">
                  <wp:posOffset>2657475</wp:posOffset>
                </wp:positionH>
                <wp:positionV relativeFrom="paragraph">
                  <wp:posOffset>39250</wp:posOffset>
                </wp:positionV>
                <wp:extent cx="2914650" cy="228600"/>
                <wp:effectExtent l="0" t="0" r="0" b="0"/>
                <wp:wrapNone/>
                <wp:docPr id="1903521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4BA681" w14:textId="41C1354F" w:rsidR="009C694C" w:rsidRPr="009C694C" w:rsidRDefault="009C694C" w:rsidP="009C694C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9C694C">
                              <w:rPr>
                                <w:rFonts w:eastAsia="Malgun Gothic" w:hint="eastAsia"/>
                                <w:sz w:val="18"/>
                                <w:szCs w:val="18"/>
                                <w:lang w:eastAsia="ko-KR"/>
                              </w:rPr>
                              <w:t>(Rating scale: 1= Very dissatisfied, 5=Very satisfied)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AB8D8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09.25pt;margin-top:3.1pt;width:229.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" fillcolor="white [3201]" stroked="f" strokeweight=".5pt">
                <v:textbox>
                  <w:txbxContent>
                    <w:p w14:paraId="614BA681" w14:textId="41C1354F" w:rsidR="009C694C" w:rsidRPr="009C694C" w:rsidRDefault="009C694C" w:rsidP="009C694C">
                      <w:pPr>
                        <w:spacing w:after="0" w:line="240" w:lineRule="auto"/>
                        <w:jc w:val="right"/>
                        <w:rPr>
                          <w:sz w:val="20"/>
                          <w:szCs w:val="20"/>
                        </w:rPr>
                      </w:pPr>
                      <w:r w:rsidRPr="009C694C">
                        <w:rPr>
                          <w:rFonts w:eastAsia="Malgun Gothic" w:hint="eastAsia"/>
                          <w:sz w:val="18"/>
                          <w:szCs w:val="18"/>
                          <w:lang w:eastAsia="ko-KR"/>
                        </w:rPr>
                        <w:t>(Rating scale: 1= Very dissatisfied, 5=Very satisfied)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22CC3" w:rsidRPr="00E251B4">
        <w:rPr>
          <w:rFonts w:eastAsia="Malgun Gothic" w:hint="eastAsia"/>
          <w:lang w:eastAsia="ko-KR"/>
        </w:rPr>
        <w:t>Overall satisfaction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425"/>
        <w:gridCol w:w="425"/>
        <w:gridCol w:w="426"/>
        <w:gridCol w:w="425"/>
        <w:gridCol w:w="426"/>
        <w:gridCol w:w="2539"/>
      </w:tblGrid>
      <w:tr w:rsidR="00722CC3" w:rsidRPr="00E251B4" w14:paraId="215A95ED" w14:textId="3D6DD640" w:rsidTr="006E5C1F">
        <w:tc>
          <w:tcPr>
            <w:tcW w:w="3964" w:type="dxa"/>
            <w:shd w:val="clear" w:color="auto" w:fill="DBE5F1" w:themeFill="accent1" w:themeFillTint="33"/>
          </w:tcPr>
          <w:p w14:paraId="3292D31A" w14:textId="343D3E09" w:rsidR="00722CC3" w:rsidRPr="00DD4A82" w:rsidRDefault="00722CC3" w:rsidP="00A42FEC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r w:rsidRPr="00DD4A82">
              <w:rPr>
                <w:rFonts w:eastAsia="Malgun Gothic" w:hint="eastAsia"/>
                <w:sz w:val="18"/>
                <w:szCs w:val="18"/>
                <w:lang w:eastAsia="ko-KR"/>
              </w:rPr>
              <w:t>Category</w:t>
            </w:r>
          </w:p>
        </w:tc>
        <w:tc>
          <w:tcPr>
            <w:tcW w:w="425" w:type="dxa"/>
            <w:shd w:val="clear" w:color="auto" w:fill="DBE5F1" w:themeFill="accent1" w:themeFillTint="33"/>
            <w:vAlign w:val="center"/>
          </w:tcPr>
          <w:p w14:paraId="45B951E7" w14:textId="217C5C11" w:rsidR="00722CC3" w:rsidRPr="00DD4A82" w:rsidRDefault="00722CC3" w:rsidP="00A42FEC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r w:rsidRPr="00DD4A82">
              <w:rPr>
                <w:rFonts w:eastAsia="Malgun Gothic" w:hint="eastAsia"/>
                <w:sz w:val="18"/>
                <w:szCs w:val="18"/>
                <w:lang w:eastAsia="ko-KR"/>
              </w:rPr>
              <w:t>1</w:t>
            </w:r>
          </w:p>
        </w:tc>
        <w:tc>
          <w:tcPr>
            <w:tcW w:w="425" w:type="dxa"/>
            <w:shd w:val="clear" w:color="auto" w:fill="DBE5F1" w:themeFill="accent1" w:themeFillTint="33"/>
            <w:vAlign w:val="center"/>
          </w:tcPr>
          <w:p w14:paraId="7187F35E" w14:textId="3AE4C13B" w:rsidR="00722CC3" w:rsidRPr="00DD4A82" w:rsidRDefault="00722CC3" w:rsidP="00A42FEC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r w:rsidRPr="00DD4A82">
              <w:rPr>
                <w:rFonts w:eastAsia="Malgun Gothic" w:hint="eastAsia"/>
                <w:sz w:val="18"/>
                <w:szCs w:val="18"/>
                <w:lang w:eastAsia="ko-KR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  <w:vAlign w:val="center"/>
          </w:tcPr>
          <w:p w14:paraId="07903EEF" w14:textId="74D5D217" w:rsidR="00722CC3" w:rsidRPr="00DD4A82" w:rsidRDefault="00722CC3" w:rsidP="00A42FEC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r w:rsidRPr="00DD4A82">
              <w:rPr>
                <w:rFonts w:eastAsia="Malgun Gothic" w:hint="eastAsia"/>
                <w:sz w:val="18"/>
                <w:szCs w:val="18"/>
                <w:lang w:eastAsia="ko-KR"/>
              </w:rPr>
              <w:t>3</w:t>
            </w:r>
          </w:p>
        </w:tc>
        <w:tc>
          <w:tcPr>
            <w:tcW w:w="425" w:type="dxa"/>
            <w:shd w:val="clear" w:color="auto" w:fill="DBE5F1" w:themeFill="accent1" w:themeFillTint="33"/>
            <w:vAlign w:val="center"/>
          </w:tcPr>
          <w:p w14:paraId="43CB0BF3" w14:textId="49E9BE81" w:rsidR="00722CC3" w:rsidRPr="00DD4A82" w:rsidRDefault="00722CC3" w:rsidP="00A42FEC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r w:rsidRPr="00DD4A82">
              <w:rPr>
                <w:rFonts w:eastAsia="Malgun Gothic" w:hint="eastAsia"/>
                <w:sz w:val="18"/>
                <w:szCs w:val="18"/>
                <w:lang w:eastAsia="ko-KR"/>
              </w:rPr>
              <w:t>4</w:t>
            </w:r>
          </w:p>
        </w:tc>
        <w:tc>
          <w:tcPr>
            <w:tcW w:w="426" w:type="dxa"/>
            <w:shd w:val="clear" w:color="auto" w:fill="DBE5F1" w:themeFill="accent1" w:themeFillTint="33"/>
            <w:vAlign w:val="center"/>
          </w:tcPr>
          <w:p w14:paraId="5F963ACC" w14:textId="273E4856" w:rsidR="00722CC3" w:rsidRPr="00DD4A82" w:rsidRDefault="00722CC3" w:rsidP="00A42FEC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r w:rsidRPr="00DD4A82">
              <w:rPr>
                <w:rFonts w:eastAsia="Malgun Gothic" w:hint="eastAsia"/>
                <w:sz w:val="18"/>
                <w:szCs w:val="18"/>
                <w:lang w:eastAsia="ko-KR"/>
              </w:rPr>
              <w:t>5</w:t>
            </w:r>
          </w:p>
        </w:tc>
        <w:tc>
          <w:tcPr>
            <w:tcW w:w="2539" w:type="dxa"/>
            <w:shd w:val="clear" w:color="auto" w:fill="DBE5F1" w:themeFill="accent1" w:themeFillTint="33"/>
          </w:tcPr>
          <w:p w14:paraId="39C133F6" w14:textId="50E46FC5" w:rsidR="00722CC3" w:rsidRPr="00DD4A82" w:rsidRDefault="00722CC3" w:rsidP="00A42FEC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r w:rsidRPr="00DD4A82">
              <w:rPr>
                <w:rFonts w:eastAsia="Malgun Gothic" w:hint="eastAsia"/>
                <w:sz w:val="18"/>
                <w:szCs w:val="18"/>
                <w:lang w:eastAsia="ko-KR"/>
              </w:rPr>
              <w:t>Comment</w:t>
            </w:r>
          </w:p>
        </w:tc>
      </w:tr>
      <w:tr w:rsidR="006E5C1F" w:rsidRPr="00E251B4" w14:paraId="7DBD7EA8" w14:textId="77777777" w:rsidTr="006E5C1F">
        <w:tc>
          <w:tcPr>
            <w:tcW w:w="3964" w:type="dxa"/>
          </w:tcPr>
          <w:p w14:paraId="224D0B54" w14:textId="44C9329C" w:rsidR="006E5C1F" w:rsidRPr="00DD4A82" w:rsidRDefault="006E5C1F" w:rsidP="006E5C1F">
            <w:pPr>
              <w:rPr>
                <w:rFonts w:eastAsia="Malgun Gothic"/>
                <w:sz w:val="18"/>
                <w:szCs w:val="18"/>
                <w:lang w:eastAsia="ko-KR"/>
              </w:rPr>
            </w:pPr>
            <w:r w:rsidRPr="00DD4A82">
              <w:rPr>
                <w:rFonts w:eastAsia="Malgun Gothic" w:hint="eastAsia"/>
                <w:sz w:val="18"/>
                <w:szCs w:val="18"/>
                <w:lang w:eastAsia="ko-KR"/>
              </w:rPr>
              <w:t>Overall satisfaction</w:t>
            </w:r>
          </w:p>
        </w:tc>
        <w:tc>
          <w:tcPr>
            <w:tcW w:w="425" w:type="dxa"/>
            <w:vAlign w:val="center"/>
          </w:tcPr>
          <w:p w14:paraId="00B86B3D" w14:textId="6B0D8220" w:rsidR="006E5C1F" w:rsidRPr="00DD4A82" w:rsidRDefault="00000000" w:rsidP="006E5C1F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33375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5C1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3DF6AED8" w14:textId="525236BC" w:rsidR="006E5C1F" w:rsidRPr="00DD4A82" w:rsidRDefault="00000000" w:rsidP="006E5C1F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9121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5C1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6" w:type="dxa"/>
            <w:vAlign w:val="center"/>
          </w:tcPr>
          <w:p w14:paraId="3B9E6A57" w14:textId="078FDC32" w:rsidR="006E5C1F" w:rsidRPr="00DD4A82" w:rsidRDefault="00000000" w:rsidP="006E5C1F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46828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5C1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476250B0" w14:textId="377DD3F6" w:rsidR="006E5C1F" w:rsidRPr="00DD4A82" w:rsidRDefault="00000000" w:rsidP="006E5C1F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778219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5C1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6" w:type="dxa"/>
            <w:vAlign w:val="center"/>
          </w:tcPr>
          <w:p w14:paraId="21BE5BE9" w14:textId="123E9B15" w:rsidR="006E5C1F" w:rsidRPr="00DD4A82" w:rsidRDefault="00000000" w:rsidP="006E5C1F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495877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5C1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539" w:type="dxa"/>
          </w:tcPr>
          <w:p w14:paraId="1ED8C9AC" w14:textId="77777777" w:rsidR="006E5C1F" w:rsidRPr="00DD4A82" w:rsidRDefault="006E5C1F" w:rsidP="006E5C1F">
            <w:pPr>
              <w:jc w:val="center"/>
              <w:rPr>
                <w:sz w:val="18"/>
                <w:szCs w:val="18"/>
              </w:rPr>
            </w:pPr>
          </w:p>
        </w:tc>
      </w:tr>
      <w:tr w:rsidR="006E5C1F" w:rsidRPr="00E251B4" w14:paraId="3EC4C30C" w14:textId="43F32E9F" w:rsidTr="006E5C1F">
        <w:tc>
          <w:tcPr>
            <w:tcW w:w="3964" w:type="dxa"/>
          </w:tcPr>
          <w:p w14:paraId="2B367B91" w14:textId="158845AB" w:rsidR="006E5C1F" w:rsidRPr="00DD4A82" w:rsidRDefault="006E5C1F" w:rsidP="006E5C1F">
            <w:pPr>
              <w:rPr>
                <w:rFonts w:eastAsia="Malgun Gothic"/>
                <w:sz w:val="18"/>
                <w:szCs w:val="18"/>
                <w:lang w:eastAsia="ko-KR"/>
              </w:rPr>
            </w:pPr>
            <w:r w:rsidRPr="00DD4A82">
              <w:rPr>
                <w:rFonts w:eastAsia="Malgun Gothic" w:hint="eastAsia"/>
                <w:sz w:val="18"/>
                <w:szCs w:val="18"/>
                <w:lang w:eastAsia="ko-KR"/>
              </w:rPr>
              <w:t>Venue and facilities</w:t>
            </w:r>
          </w:p>
        </w:tc>
        <w:tc>
          <w:tcPr>
            <w:tcW w:w="425" w:type="dxa"/>
            <w:vAlign w:val="center"/>
          </w:tcPr>
          <w:p w14:paraId="642F34AD" w14:textId="33103714" w:rsidR="006E5C1F" w:rsidRPr="00DD4A82" w:rsidRDefault="00000000" w:rsidP="006E5C1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2028445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B7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0204CA3C" w14:textId="776477CC" w:rsidR="006E5C1F" w:rsidRPr="00DD4A82" w:rsidRDefault="00000000" w:rsidP="006E5C1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420761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5C1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6" w:type="dxa"/>
            <w:vAlign w:val="center"/>
          </w:tcPr>
          <w:p w14:paraId="0CCF1D2B" w14:textId="0626D21F" w:rsidR="006E5C1F" w:rsidRPr="00DD4A82" w:rsidRDefault="00000000" w:rsidP="006E5C1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-985313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5C1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009EA509" w14:textId="350BC794" w:rsidR="006E5C1F" w:rsidRPr="00DD4A82" w:rsidRDefault="00000000" w:rsidP="006E5C1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-31737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5C1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6" w:type="dxa"/>
            <w:vAlign w:val="center"/>
          </w:tcPr>
          <w:p w14:paraId="612E0D65" w14:textId="48BECA87" w:rsidR="006E5C1F" w:rsidRPr="00DD4A82" w:rsidRDefault="00000000" w:rsidP="006E5C1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596454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5C1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539" w:type="dxa"/>
          </w:tcPr>
          <w:p w14:paraId="635063D3" w14:textId="77777777" w:rsidR="006E5C1F" w:rsidRPr="00DD4A82" w:rsidRDefault="006E5C1F" w:rsidP="006E5C1F">
            <w:pPr>
              <w:jc w:val="center"/>
              <w:rPr>
                <w:sz w:val="18"/>
                <w:szCs w:val="18"/>
              </w:rPr>
            </w:pPr>
          </w:p>
        </w:tc>
      </w:tr>
      <w:tr w:rsidR="000F4B7F" w:rsidRPr="00E251B4" w14:paraId="40535A1C" w14:textId="1E127C3B" w:rsidTr="006E5C1F">
        <w:tc>
          <w:tcPr>
            <w:tcW w:w="3964" w:type="dxa"/>
          </w:tcPr>
          <w:p w14:paraId="1D7B7C3A" w14:textId="382EE9BC" w:rsidR="000F4B7F" w:rsidRPr="00DD4A82" w:rsidRDefault="000F4B7F" w:rsidP="000F4B7F">
            <w:pPr>
              <w:rPr>
                <w:rFonts w:eastAsia="Malgun Gothic"/>
                <w:sz w:val="18"/>
                <w:szCs w:val="18"/>
                <w:lang w:eastAsia="ko-KR"/>
              </w:rPr>
            </w:pPr>
            <w:r w:rsidRPr="00DD4A82">
              <w:rPr>
                <w:rFonts w:eastAsia="Malgun Gothic" w:hint="eastAsia"/>
                <w:sz w:val="18"/>
                <w:szCs w:val="18"/>
                <w:lang w:eastAsia="ko-KR"/>
              </w:rPr>
              <w:t>Event schedule and time management</w:t>
            </w:r>
          </w:p>
        </w:tc>
        <w:tc>
          <w:tcPr>
            <w:tcW w:w="425" w:type="dxa"/>
            <w:vAlign w:val="center"/>
          </w:tcPr>
          <w:p w14:paraId="255980E2" w14:textId="456BF9DB" w:rsidR="000F4B7F" w:rsidRPr="00DD4A82" w:rsidRDefault="00000000" w:rsidP="000F4B7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1602688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B7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75B22056" w14:textId="0F1E5162" w:rsidR="000F4B7F" w:rsidRPr="00DD4A82" w:rsidRDefault="00000000" w:rsidP="000F4B7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598526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B7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6" w:type="dxa"/>
            <w:vAlign w:val="center"/>
          </w:tcPr>
          <w:p w14:paraId="4D8F72F6" w14:textId="6467BA34" w:rsidR="000F4B7F" w:rsidRPr="00DD4A82" w:rsidRDefault="00000000" w:rsidP="000F4B7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-1159926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B7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133A1A9E" w14:textId="4E83499B" w:rsidR="000F4B7F" w:rsidRPr="00DD4A82" w:rsidRDefault="00000000" w:rsidP="000F4B7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1021895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B7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6" w:type="dxa"/>
            <w:vAlign w:val="center"/>
          </w:tcPr>
          <w:p w14:paraId="371BCB4F" w14:textId="0D14D1B2" w:rsidR="000F4B7F" w:rsidRPr="00DD4A82" w:rsidRDefault="00000000" w:rsidP="000F4B7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-684674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B7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539" w:type="dxa"/>
          </w:tcPr>
          <w:p w14:paraId="4634B076" w14:textId="77777777" w:rsidR="000F4B7F" w:rsidRPr="00DD4A82" w:rsidRDefault="000F4B7F" w:rsidP="000F4B7F">
            <w:pPr>
              <w:jc w:val="center"/>
              <w:rPr>
                <w:sz w:val="18"/>
                <w:szCs w:val="18"/>
              </w:rPr>
            </w:pPr>
          </w:p>
        </w:tc>
      </w:tr>
      <w:tr w:rsidR="000F4B7F" w:rsidRPr="00E251B4" w14:paraId="51FA037B" w14:textId="6E626E37" w:rsidTr="006E5C1F">
        <w:tc>
          <w:tcPr>
            <w:tcW w:w="3964" w:type="dxa"/>
          </w:tcPr>
          <w:p w14:paraId="58B4B7CA" w14:textId="2C36A6B3" w:rsidR="000F4B7F" w:rsidRPr="00DD4A82" w:rsidRDefault="000F4B7F" w:rsidP="000F4B7F">
            <w:pPr>
              <w:rPr>
                <w:rFonts w:eastAsia="Malgun Gothic"/>
                <w:sz w:val="18"/>
                <w:szCs w:val="18"/>
                <w:lang w:eastAsia="ko-KR"/>
              </w:rPr>
            </w:pPr>
            <w:r w:rsidRPr="00DD4A82">
              <w:rPr>
                <w:rFonts w:eastAsia="Malgun Gothic" w:hint="eastAsia"/>
                <w:sz w:val="18"/>
                <w:szCs w:val="18"/>
                <w:lang w:eastAsia="ko-KR"/>
              </w:rPr>
              <w:t>Relevance of topics and presentations</w:t>
            </w:r>
          </w:p>
        </w:tc>
        <w:tc>
          <w:tcPr>
            <w:tcW w:w="425" w:type="dxa"/>
            <w:vAlign w:val="center"/>
          </w:tcPr>
          <w:p w14:paraId="27FBB57F" w14:textId="5B5C425E" w:rsidR="000F4B7F" w:rsidRPr="00DD4A82" w:rsidRDefault="00000000" w:rsidP="000F4B7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-1106421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B7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7E6E9F4D" w14:textId="3C4B0D97" w:rsidR="000F4B7F" w:rsidRPr="00DD4A82" w:rsidRDefault="00000000" w:rsidP="000F4B7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843673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B7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6" w:type="dxa"/>
            <w:vAlign w:val="center"/>
          </w:tcPr>
          <w:p w14:paraId="74E248D4" w14:textId="2FE201FE" w:rsidR="000F4B7F" w:rsidRPr="00DD4A82" w:rsidRDefault="00000000" w:rsidP="000F4B7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-188912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B7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2810D099" w14:textId="58AF85E6" w:rsidR="000F4B7F" w:rsidRPr="00DD4A82" w:rsidRDefault="00000000" w:rsidP="000F4B7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995604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B7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6" w:type="dxa"/>
            <w:vAlign w:val="center"/>
          </w:tcPr>
          <w:p w14:paraId="281F407F" w14:textId="3300EB34" w:rsidR="000F4B7F" w:rsidRPr="00DD4A82" w:rsidRDefault="00000000" w:rsidP="000F4B7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-445003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B7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539" w:type="dxa"/>
          </w:tcPr>
          <w:p w14:paraId="512B1B88" w14:textId="77777777" w:rsidR="000F4B7F" w:rsidRPr="00DD4A82" w:rsidRDefault="000F4B7F" w:rsidP="000F4B7F">
            <w:pPr>
              <w:jc w:val="center"/>
              <w:rPr>
                <w:sz w:val="18"/>
                <w:szCs w:val="18"/>
              </w:rPr>
            </w:pPr>
          </w:p>
        </w:tc>
      </w:tr>
      <w:tr w:rsidR="000F4B7F" w:rsidRPr="00E251B4" w14:paraId="0246DFF4" w14:textId="7DCC0B71" w:rsidTr="006E5C1F">
        <w:tc>
          <w:tcPr>
            <w:tcW w:w="3964" w:type="dxa"/>
          </w:tcPr>
          <w:p w14:paraId="7F645A20" w14:textId="4AB08E45" w:rsidR="000F4B7F" w:rsidRPr="00DD4A82" w:rsidRDefault="000F4B7F" w:rsidP="000F4B7F">
            <w:pPr>
              <w:rPr>
                <w:rFonts w:eastAsia="Malgun Gothic"/>
                <w:sz w:val="18"/>
                <w:szCs w:val="18"/>
                <w:lang w:eastAsia="ko-KR"/>
              </w:rPr>
            </w:pPr>
            <w:r w:rsidRPr="00DD4A82">
              <w:rPr>
                <w:rFonts w:eastAsia="Malgun Gothic" w:hint="eastAsia"/>
                <w:sz w:val="18"/>
                <w:szCs w:val="18"/>
                <w:lang w:eastAsia="ko-KR"/>
              </w:rPr>
              <w:t>Networking opportunities</w:t>
            </w:r>
          </w:p>
        </w:tc>
        <w:tc>
          <w:tcPr>
            <w:tcW w:w="425" w:type="dxa"/>
            <w:vAlign w:val="center"/>
          </w:tcPr>
          <w:p w14:paraId="47E272AA" w14:textId="2C453AEE" w:rsidR="000F4B7F" w:rsidRPr="00DD4A82" w:rsidRDefault="00000000" w:rsidP="000F4B7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-86763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B7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5555B31B" w14:textId="2EAAE995" w:rsidR="000F4B7F" w:rsidRPr="00DD4A82" w:rsidRDefault="00000000" w:rsidP="000F4B7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1286232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B7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6" w:type="dxa"/>
            <w:vAlign w:val="center"/>
          </w:tcPr>
          <w:p w14:paraId="53C4FA5C" w14:textId="5F357901" w:rsidR="000F4B7F" w:rsidRPr="00DD4A82" w:rsidRDefault="00000000" w:rsidP="000F4B7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417758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B7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46C5764F" w14:textId="22A8DF15" w:rsidR="000F4B7F" w:rsidRPr="00DD4A82" w:rsidRDefault="00000000" w:rsidP="000F4B7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-1050611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B7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6" w:type="dxa"/>
            <w:vAlign w:val="center"/>
          </w:tcPr>
          <w:p w14:paraId="20589B34" w14:textId="58903967" w:rsidR="000F4B7F" w:rsidRPr="00DD4A82" w:rsidRDefault="00000000" w:rsidP="000F4B7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-1969807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B7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539" w:type="dxa"/>
          </w:tcPr>
          <w:p w14:paraId="17DFE27E" w14:textId="77777777" w:rsidR="000F4B7F" w:rsidRPr="00DD4A82" w:rsidRDefault="000F4B7F" w:rsidP="000F4B7F">
            <w:pPr>
              <w:jc w:val="center"/>
              <w:rPr>
                <w:sz w:val="18"/>
                <w:szCs w:val="18"/>
              </w:rPr>
            </w:pPr>
          </w:p>
        </w:tc>
      </w:tr>
      <w:tr w:rsidR="000F4B7F" w:rsidRPr="00E251B4" w14:paraId="4A30D354" w14:textId="0300B9BE" w:rsidTr="006E5C1F">
        <w:tc>
          <w:tcPr>
            <w:tcW w:w="3964" w:type="dxa"/>
          </w:tcPr>
          <w:p w14:paraId="740A40BF" w14:textId="740A3276" w:rsidR="000F4B7F" w:rsidRPr="00DD4A82" w:rsidRDefault="000F4B7F" w:rsidP="000F4B7F">
            <w:pPr>
              <w:rPr>
                <w:rFonts w:eastAsia="Malgun Gothic"/>
                <w:sz w:val="18"/>
                <w:szCs w:val="18"/>
                <w:lang w:eastAsia="ko-KR"/>
              </w:rPr>
            </w:pPr>
            <w:r w:rsidRPr="00DD4A82">
              <w:rPr>
                <w:rFonts w:eastAsia="Malgun Gothic" w:hint="eastAsia"/>
                <w:sz w:val="18"/>
                <w:szCs w:val="18"/>
                <w:lang w:eastAsia="ko-KR"/>
              </w:rPr>
              <w:t xml:space="preserve">Support and information provided by </w:t>
            </w:r>
            <w:proofErr w:type="spellStart"/>
            <w:r w:rsidRPr="00DD4A82">
              <w:rPr>
                <w:rFonts w:eastAsia="Malgun Gothic" w:hint="eastAsia"/>
                <w:sz w:val="18"/>
                <w:szCs w:val="18"/>
                <w:lang w:eastAsia="ko-KR"/>
              </w:rPr>
              <w:t>organisers</w:t>
            </w:r>
            <w:proofErr w:type="spellEnd"/>
          </w:p>
        </w:tc>
        <w:tc>
          <w:tcPr>
            <w:tcW w:w="425" w:type="dxa"/>
            <w:vAlign w:val="center"/>
          </w:tcPr>
          <w:p w14:paraId="4862C691" w14:textId="3AEE15D3" w:rsidR="000F4B7F" w:rsidRPr="00DD4A82" w:rsidRDefault="00000000" w:rsidP="000F4B7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-303782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B7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106877BA" w14:textId="04D5C050" w:rsidR="000F4B7F" w:rsidRPr="00DD4A82" w:rsidRDefault="00000000" w:rsidP="000F4B7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-610357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B7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6" w:type="dxa"/>
            <w:vAlign w:val="center"/>
          </w:tcPr>
          <w:p w14:paraId="12C5E640" w14:textId="1692BC77" w:rsidR="000F4B7F" w:rsidRPr="00DD4A82" w:rsidRDefault="00000000" w:rsidP="000F4B7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1121960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B7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14:paraId="4D1EEA42" w14:textId="5C21EB45" w:rsidR="000F4B7F" w:rsidRPr="00DD4A82" w:rsidRDefault="00000000" w:rsidP="000F4B7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-2029706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B7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6" w:type="dxa"/>
            <w:vAlign w:val="center"/>
          </w:tcPr>
          <w:p w14:paraId="360DCAFB" w14:textId="4BF63A29" w:rsidR="000F4B7F" w:rsidRPr="00DD4A82" w:rsidRDefault="00000000" w:rsidP="000F4B7F">
            <w:pPr>
              <w:jc w:val="center"/>
              <w:rPr>
                <w:rFonts w:eastAsia="Malgun Gothic"/>
                <w:sz w:val="18"/>
                <w:szCs w:val="18"/>
                <w:lang w:eastAsia="ko-KR"/>
              </w:rPr>
            </w:pPr>
            <w:sdt>
              <w:sdtPr>
                <w:rPr>
                  <w:sz w:val="18"/>
                  <w:szCs w:val="18"/>
                </w:rPr>
                <w:id w:val="1609392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B7F" w:rsidRPr="00DD4A8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539" w:type="dxa"/>
          </w:tcPr>
          <w:p w14:paraId="4DE269D1" w14:textId="77777777" w:rsidR="000F4B7F" w:rsidRPr="00DD4A82" w:rsidRDefault="000F4B7F" w:rsidP="000F4B7F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CDC0877" w14:textId="1032E470" w:rsidR="009F0BCB" w:rsidRPr="00E251B4" w:rsidRDefault="00000000" w:rsidP="00020576">
      <w:pPr>
        <w:pStyle w:val="Heading1"/>
        <w:spacing w:before="240"/>
      </w:pPr>
      <w:r w:rsidRPr="00E251B4">
        <w:t xml:space="preserve">Outcomes </w:t>
      </w:r>
      <w:r w:rsidR="00BE5684" w:rsidRPr="00E251B4">
        <w:rPr>
          <w:rFonts w:eastAsia="Malgun Gothic" w:hint="eastAsia"/>
          <w:lang w:eastAsia="ko-KR"/>
        </w:rPr>
        <w:t>a</w:t>
      </w:r>
      <w:r w:rsidRPr="00E251B4">
        <w:t xml:space="preserve">chieved or </w:t>
      </w:r>
      <w:r w:rsidR="00BE5684" w:rsidRPr="00E251B4">
        <w:rPr>
          <w:rFonts w:eastAsia="Malgun Gothic" w:hint="eastAsia"/>
          <w:lang w:eastAsia="ko-KR"/>
        </w:rPr>
        <w:t>u</w:t>
      </w:r>
      <w:r w:rsidRPr="00E251B4">
        <w:t xml:space="preserve">nder </w:t>
      </w:r>
      <w:r w:rsidR="00BE5684" w:rsidRPr="00E251B4">
        <w:rPr>
          <w:rFonts w:eastAsia="Malgun Gothic" w:hint="eastAsia"/>
          <w:lang w:eastAsia="ko-KR"/>
        </w:rPr>
        <w:t>d</w:t>
      </w:r>
      <w:r w:rsidRPr="00E251B4">
        <w:t>iscussion (</w:t>
      </w:r>
      <w:r w:rsidR="00BE5684" w:rsidRPr="00E251B4">
        <w:rPr>
          <w:rFonts w:eastAsia="Malgun Gothic" w:hint="eastAsia"/>
          <w:lang w:eastAsia="ko-KR"/>
        </w:rPr>
        <w:t>m</w:t>
      </w:r>
      <w:r w:rsidRPr="00E251B4">
        <w:t>ultiple selection possible)</w:t>
      </w:r>
    </w:p>
    <w:p w14:paraId="64FE619F" w14:textId="7DF3550B" w:rsidR="000D576D" w:rsidRPr="00DD4A82" w:rsidRDefault="00B356CA" w:rsidP="00DD4A82">
      <w:pPr>
        <w:spacing w:line="240" w:lineRule="auto"/>
        <w:rPr>
          <w:rFonts w:eastAsia="Malgun Gothic"/>
          <w:i/>
          <w:iCs/>
          <w:sz w:val="20"/>
          <w:szCs w:val="20"/>
          <w:lang w:eastAsia="ko-KR"/>
        </w:rPr>
        <w:sectPr w:rsidR="000D576D" w:rsidRPr="00DD4A82" w:rsidSect="00034616">
          <w:headerReference w:type="default" r:id="rId8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 w:rsidRPr="00DD4A82">
        <w:rPr>
          <w:rFonts w:eastAsia="Malgun Gothic" w:hint="eastAsia"/>
          <w:color w:val="808080" w:themeColor="background1" w:themeShade="80"/>
          <w:sz w:val="18"/>
          <w:szCs w:val="18"/>
          <w:lang w:eastAsia="ko-KR"/>
        </w:rPr>
        <w:t xml:space="preserve">We would like to understand what kind of </w:t>
      </w:r>
      <w:r w:rsidRPr="00DD4A82">
        <w:rPr>
          <w:rFonts w:eastAsia="Malgun Gothic" w:hint="eastAsia"/>
          <w:b/>
          <w:bCs/>
          <w:i/>
          <w:iCs/>
          <w:color w:val="808080" w:themeColor="background1" w:themeShade="80"/>
          <w:sz w:val="18"/>
          <w:szCs w:val="18"/>
          <w:lang w:eastAsia="ko-KR"/>
        </w:rPr>
        <w:t>research connections</w:t>
      </w:r>
      <w:r w:rsidRPr="00DD4A82">
        <w:rPr>
          <w:rFonts w:eastAsia="Malgun Gothic" w:hint="eastAsia"/>
          <w:color w:val="808080" w:themeColor="background1" w:themeShade="80"/>
          <w:sz w:val="18"/>
          <w:szCs w:val="18"/>
          <w:lang w:eastAsia="ko-KR"/>
        </w:rPr>
        <w:t xml:space="preserve"> were established through the forum and what </w:t>
      </w:r>
      <w:r w:rsidRPr="00DD4A82">
        <w:rPr>
          <w:rFonts w:eastAsia="Malgun Gothic" w:hint="eastAsia"/>
          <w:b/>
          <w:bCs/>
          <w:i/>
          <w:iCs/>
          <w:color w:val="808080" w:themeColor="background1" w:themeShade="80"/>
          <w:sz w:val="18"/>
          <w:szCs w:val="18"/>
          <w:lang w:eastAsia="ko-KR"/>
        </w:rPr>
        <w:t>specific or potential</w:t>
      </w:r>
      <w:r w:rsidRPr="00DD4A82">
        <w:rPr>
          <w:rFonts w:eastAsia="Malgun Gothic" w:hint="eastAsia"/>
          <w:color w:val="808080" w:themeColor="background1" w:themeShade="80"/>
          <w:sz w:val="18"/>
          <w:szCs w:val="18"/>
          <w:lang w:eastAsia="ko-KR"/>
        </w:rPr>
        <w:t xml:space="preserve"> plans exist for future Horizon Europe calls. </w:t>
      </w:r>
      <w:r w:rsidRPr="00DD4A82">
        <w:rPr>
          <w:rFonts w:eastAsia="Malgun Gothic"/>
          <w:color w:val="808080" w:themeColor="background1" w:themeShade="80"/>
          <w:sz w:val="18"/>
          <w:szCs w:val="18"/>
          <w:lang w:eastAsia="ko-KR"/>
        </w:rPr>
        <w:t>Please select all applicable outcomes</w:t>
      </w:r>
      <w:r w:rsidR="00A72659" w:rsidRPr="00DD4A82">
        <w:rPr>
          <w:rFonts w:eastAsia="Malgun Gothic" w:hint="eastAsia"/>
          <w:color w:val="808080" w:themeColor="background1" w:themeShade="80"/>
          <w:sz w:val="18"/>
          <w:szCs w:val="18"/>
          <w:lang w:eastAsia="ko-KR"/>
        </w:rPr>
        <w:t xml:space="preserve"> you have obtained or initiated following the forum.</w:t>
      </w:r>
      <w:r w:rsidR="00A72659" w:rsidRPr="00DD4A82">
        <w:rPr>
          <w:rFonts w:eastAsia="Malgun Gothic" w:hint="eastAsia"/>
          <w:i/>
          <w:iCs/>
          <w:sz w:val="20"/>
          <w:szCs w:val="20"/>
          <w:lang w:eastAsia="ko-KR"/>
        </w:rPr>
        <w:t xml:space="preserve"> </w:t>
      </w:r>
    </w:p>
    <w:p w14:paraId="6311A4E2" w14:textId="423A19F2" w:rsidR="000D576D" w:rsidRPr="00E251B4" w:rsidRDefault="00000000" w:rsidP="00A42FEC">
      <w:pPr>
        <w:spacing w:after="0" w:line="240" w:lineRule="auto"/>
        <w:rPr>
          <w:rFonts w:eastAsia="Malgun Gothic"/>
          <w:sz w:val="20"/>
          <w:szCs w:val="20"/>
          <w:lang w:eastAsia="ko-KR"/>
        </w:rPr>
      </w:pPr>
      <w:sdt>
        <w:sdtPr>
          <w:rPr>
            <w:sz w:val="20"/>
            <w:szCs w:val="20"/>
          </w:rPr>
          <w:id w:val="-1236315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51B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D576D" w:rsidRPr="00E251B4">
        <w:rPr>
          <w:sz w:val="20"/>
          <w:szCs w:val="20"/>
        </w:rPr>
        <w:t xml:space="preserve"> </w:t>
      </w:r>
      <w:r w:rsidR="000D576D" w:rsidRPr="00E251B4">
        <w:rPr>
          <w:rFonts w:eastAsia="Malgun Gothic" w:hint="eastAsia"/>
          <w:sz w:val="20"/>
          <w:szCs w:val="20"/>
          <w:lang w:eastAsia="ko-KR"/>
        </w:rPr>
        <w:t xml:space="preserve">Submission of </w:t>
      </w:r>
      <w:r w:rsidR="000D576D" w:rsidRPr="00E251B4">
        <w:rPr>
          <w:sz w:val="20"/>
          <w:szCs w:val="20"/>
        </w:rPr>
        <w:t xml:space="preserve">Horizon Europe </w:t>
      </w:r>
      <w:r w:rsidR="000D576D" w:rsidRPr="00E251B4">
        <w:rPr>
          <w:rFonts w:eastAsia="Malgun Gothic" w:hint="eastAsia"/>
          <w:sz w:val="20"/>
          <w:szCs w:val="20"/>
          <w:lang w:eastAsia="ko-KR"/>
        </w:rPr>
        <w:t>proposal</w:t>
      </w:r>
    </w:p>
    <w:p w14:paraId="36EF6C9C" w14:textId="77777777" w:rsidR="000D576D" w:rsidRPr="00E251B4" w:rsidRDefault="00000000" w:rsidP="00A42FEC">
      <w:pPr>
        <w:spacing w:after="0" w:line="240" w:lineRule="auto"/>
        <w:rPr>
          <w:rFonts w:eastAsia="Malgun Gothic"/>
          <w:sz w:val="20"/>
          <w:szCs w:val="20"/>
          <w:lang w:eastAsia="ko-KR"/>
        </w:rPr>
      </w:pPr>
      <w:sdt>
        <w:sdtPr>
          <w:rPr>
            <w:sz w:val="20"/>
            <w:szCs w:val="20"/>
          </w:rPr>
          <w:id w:val="308212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576D" w:rsidRPr="00E251B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D576D" w:rsidRPr="00E251B4">
        <w:rPr>
          <w:rFonts w:eastAsia="Malgun Gothic" w:hint="eastAsia"/>
          <w:sz w:val="20"/>
          <w:szCs w:val="20"/>
          <w:lang w:eastAsia="ko-KR"/>
        </w:rPr>
        <w:t xml:space="preserve"> Formation of or participation in a consortium</w:t>
      </w:r>
      <w:r w:rsidR="000D576D" w:rsidRPr="00E251B4">
        <w:rPr>
          <w:sz w:val="20"/>
          <w:szCs w:val="20"/>
        </w:rPr>
        <w:t xml:space="preserve"> </w:t>
      </w:r>
    </w:p>
    <w:p w14:paraId="1A2675D7" w14:textId="77777777" w:rsidR="000D576D" w:rsidRPr="00E251B4" w:rsidRDefault="00000000" w:rsidP="00A42FEC">
      <w:pPr>
        <w:spacing w:after="0" w:line="240" w:lineRule="auto"/>
        <w:rPr>
          <w:rFonts w:eastAsia="Malgun Gothic"/>
          <w:sz w:val="20"/>
          <w:szCs w:val="20"/>
          <w:lang w:eastAsia="ko-KR"/>
        </w:rPr>
      </w:pPr>
      <w:sdt>
        <w:sdtPr>
          <w:rPr>
            <w:sz w:val="20"/>
            <w:szCs w:val="20"/>
          </w:rPr>
          <w:id w:val="-1273853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576D" w:rsidRPr="00E251B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D576D" w:rsidRPr="00E251B4">
        <w:rPr>
          <w:sz w:val="20"/>
          <w:szCs w:val="20"/>
        </w:rPr>
        <w:t xml:space="preserve"> </w:t>
      </w:r>
      <w:r w:rsidR="000D576D" w:rsidRPr="00E251B4">
        <w:rPr>
          <w:rFonts w:eastAsia="Malgun Gothic" w:hint="eastAsia"/>
          <w:sz w:val="20"/>
          <w:szCs w:val="20"/>
          <w:lang w:eastAsia="ko-KR"/>
        </w:rPr>
        <w:t>Initiation of j</w:t>
      </w:r>
      <w:r w:rsidR="000D576D" w:rsidRPr="00E251B4">
        <w:rPr>
          <w:sz w:val="20"/>
          <w:szCs w:val="20"/>
        </w:rPr>
        <w:t xml:space="preserve">oint </w:t>
      </w:r>
      <w:r w:rsidR="000D576D" w:rsidRPr="00E251B4">
        <w:rPr>
          <w:rFonts w:eastAsia="Malgun Gothic" w:hint="eastAsia"/>
          <w:sz w:val="20"/>
          <w:szCs w:val="20"/>
          <w:lang w:eastAsia="ko-KR"/>
        </w:rPr>
        <w:t>r</w:t>
      </w:r>
      <w:r w:rsidR="000D576D" w:rsidRPr="00E251B4">
        <w:rPr>
          <w:sz w:val="20"/>
          <w:szCs w:val="20"/>
        </w:rPr>
        <w:t xml:space="preserve">esearch </w:t>
      </w:r>
      <w:r w:rsidR="000D576D" w:rsidRPr="00E251B4">
        <w:rPr>
          <w:rFonts w:eastAsia="Malgun Gothic" w:hint="eastAsia"/>
          <w:sz w:val="20"/>
          <w:szCs w:val="20"/>
          <w:lang w:eastAsia="ko-KR"/>
        </w:rPr>
        <w:t>activities</w:t>
      </w:r>
    </w:p>
    <w:p w14:paraId="5083726D" w14:textId="08DAB360" w:rsidR="000D576D" w:rsidRPr="00E251B4" w:rsidRDefault="00000000" w:rsidP="00A42FEC">
      <w:pPr>
        <w:spacing w:after="0" w:line="240" w:lineRule="auto"/>
        <w:rPr>
          <w:rFonts w:eastAsia="Malgun Gothic"/>
          <w:sz w:val="20"/>
          <w:szCs w:val="20"/>
          <w:lang w:eastAsia="ko-KR"/>
        </w:rPr>
      </w:pPr>
      <w:sdt>
        <w:sdtPr>
          <w:rPr>
            <w:sz w:val="20"/>
            <w:szCs w:val="20"/>
          </w:rPr>
          <w:id w:val="-1471665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576D" w:rsidRPr="00E251B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D576D" w:rsidRPr="00E251B4">
        <w:rPr>
          <w:rFonts w:eastAsia="Malgun Gothic" w:hint="eastAsia"/>
          <w:sz w:val="20"/>
          <w:szCs w:val="20"/>
          <w:lang w:eastAsia="ko-KR"/>
        </w:rPr>
        <w:t xml:space="preserve"> Researcher or student exchange</w:t>
      </w:r>
    </w:p>
    <w:p w14:paraId="5DC997B6" w14:textId="3090A1C5" w:rsidR="000D576D" w:rsidRPr="00E251B4" w:rsidRDefault="00000000" w:rsidP="00A42FEC">
      <w:pPr>
        <w:spacing w:after="0" w:line="240" w:lineRule="auto"/>
        <w:rPr>
          <w:rFonts w:eastAsia="Malgun Gothic"/>
          <w:sz w:val="20"/>
          <w:szCs w:val="20"/>
          <w:lang w:eastAsia="ko-KR"/>
        </w:rPr>
      </w:pPr>
      <w:sdt>
        <w:sdtPr>
          <w:rPr>
            <w:sz w:val="20"/>
            <w:szCs w:val="20"/>
          </w:rPr>
          <w:id w:val="-1662150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576D" w:rsidRPr="00E251B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D576D" w:rsidRPr="00E251B4">
        <w:rPr>
          <w:sz w:val="20"/>
          <w:szCs w:val="20"/>
        </w:rPr>
        <w:t xml:space="preserve"> </w:t>
      </w:r>
      <w:r w:rsidR="000D576D" w:rsidRPr="00E251B4">
        <w:rPr>
          <w:rFonts w:eastAsia="Malgun Gothic" w:hint="eastAsia"/>
          <w:sz w:val="20"/>
          <w:szCs w:val="20"/>
          <w:lang w:eastAsia="ko-KR"/>
        </w:rPr>
        <w:t>Follow-up discussions with potential partners</w:t>
      </w:r>
    </w:p>
    <w:p w14:paraId="0DF408BA" w14:textId="60BB9AF2" w:rsidR="000D576D" w:rsidRPr="00E251B4" w:rsidRDefault="00000000" w:rsidP="00A42FEC">
      <w:pPr>
        <w:spacing w:after="0" w:line="240" w:lineRule="auto"/>
        <w:rPr>
          <w:sz w:val="24"/>
          <w:szCs w:val="24"/>
        </w:rPr>
        <w:sectPr w:rsidR="000D576D" w:rsidRPr="00E251B4" w:rsidSect="000D576D">
          <w:type w:val="continuous"/>
          <w:pgSz w:w="12240" w:h="15840"/>
          <w:pgMar w:top="1440" w:right="1800" w:bottom="1440" w:left="1800" w:header="720" w:footer="720" w:gutter="0"/>
          <w:cols w:num="2" w:space="48"/>
          <w:docGrid w:linePitch="360"/>
        </w:sectPr>
      </w:pPr>
      <w:sdt>
        <w:sdtPr>
          <w:rPr>
            <w:sz w:val="20"/>
            <w:szCs w:val="20"/>
          </w:rPr>
          <w:id w:val="9388055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586E" w:rsidRPr="00E251B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D576D" w:rsidRPr="00E251B4">
        <w:rPr>
          <w:sz w:val="20"/>
          <w:szCs w:val="20"/>
        </w:rPr>
        <w:t xml:space="preserve"> Other</w:t>
      </w:r>
      <w:r w:rsidR="000D576D" w:rsidRPr="00E251B4">
        <w:rPr>
          <w:rFonts w:eastAsia="Malgun Gothic" w:hint="eastAsia"/>
          <w:sz w:val="20"/>
          <w:szCs w:val="20"/>
          <w:lang w:eastAsia="ko-KR"/>
        </w:rPr>
        <w:t>s (</w:t>
      </w:r>
      <w:r w:rsidR="000D576D" w:rsidRPr="00E251B4">
        <w:rPr>
          <w:sz w:val="20"/>
          <w:szCs w:val="20"/>
        </w:rPr>
        <w:t>please specify)</w:t>
      </w:r>
      <w:r w:rsidR="000D576D" w:rsidRPr="00E251B4">
        <w:rPr>
          <w:rFonts w:eastAsia="Malgun Gothic" w:hint="eastAsia"/>
          <w:sz w:val="20"/>
          <w:szCs w:val="20"/>
          <w:lang w:eastAsia="ko-KR"/>
        </w:rPr>
        <w:t>: _______________________________________________</w:t>
      </w:r>
      <w:r w:rsidR="001658EC" w:rsidRPr="00E251B4">
        <w:rPr>
          <w:rFonts w:eastAsia="Malgun Gothic" w:hint="eastAsia"/>
          <w:sz w:val="20"/>
          <w:szCs w:val="20"/>
          <w:lang w:eastAsia="ko-KR"/>
        </w:rPr>
        <w:t>__________</w:t>
      </w:r>
    </w:p>
    <w:p w14:paraId="0489B907" w14:textId="03084399" w:rsidR="00B356CA" w:rsidRPr="00DD4A82" w:rsidRDefault="00A72659" w:rsidP="00DD4A82">
      <w:pPr>
        <w:pStyle w:val="Heading1"/>
        <w:spacing w:before="240"/>
      </w:pPr>
      <w:r w:rsidRPr="00E251B4">
        <w:t xml:space="preserve">Please </w:t>
      </w:r>
      <w:r w:rsidRPr="00DD4A82">
        <w:rPr>
          <w:rFonts w:hint="eastAsia"/>
        </w:rPr>
        <w:t xml:space="preserve">describe the </w:t>
      </w:r>
      <w:r w:rsidRPr="00CE4111">
        <w:rPr>
          <w:rFonts w:hint="eastAsia"/>
        </w:rPr>
        <w:t>outcomes</w:t>
      </w:r>
      <w:r w:rsidR="00B356CA" w:rsidRPr="00CE4111">
        <w:rPr>
          <w:rFonts w:hint="eastAsia"/>
        </w:rPr>
        <w:t xml:space="preserve"> and collaboration plans</w:t>
      </w:r>
      <w:r w:rsidRPr="00CE4111">
        <w:rPr>
          <w:rFonts w:hint="eastAsia"/>
        </w:rPr>
        <w:t xml:space="preserve"> in more detail</w:t>
      </w:r>
      <w:r w:rsidR="00EF1F02" w:rsidRPr="00DD4A82">
        <w:rPr>
          <w:rFonts w:hint="eastAsia"/>
        </w:rPr>
        <w:t>:</w:t>
      </w:r>
    </w:p>
    <w:p w14:paraId="47D06894" w14:textId="6B050EB1" w:rsidR="009F0BCB" w:rsidRPr="00B356CA" w:rsidRDefault="00A42FEC" w:rsidP="00A42FEC">
      <w:pPr>
        <w:spacing w:after="0" w:line="240" w:lineRule="auto"/>
        <w:rPr>
          <w:rFonts w:eastAsia="Malgun Gothic"/>
          <w:sz w:val="20"/>
          <w:szCs w:val="20"/>
          <w:lang w:eastAsia="ko-KR"/>
        </w:rPr>
      </w:pPr>
      <w:r w:rsidRPr="00F1685B">
        <w:rPr>
          <w:rFonts w:eastAsia="Malgun Gothic" w:hint="eastAsia"/>
          <w:color w:val="808080" w:themeColor="background1" w:themeShade="80"/>
          <w:sz w:val="18"/>
          <w:szCs w:val="18"/>
          <w:lang w:eastAsia="ko-KR"/>
        </w:rPr>
        <w:t>*</w:t>
      </w:r>
      <w:r w:rsidR="00B356CA" w:rsidRPr="00F1685B">
        <w:rPr>
          <w:rFonts w:eastAsia="Malgun Gothic" w:hint="eastAsia"/>
          <w:color w:val="808080" w:themeColor="background1" w:themeShade="80"/>
          <w:sz w:val="18"/>
          <w:szCs w:val="18"/>
          <w:lang w:eastAsia="ko-KR"/>
        </w:rPr>
        <w:t>For example</w:t>
      </w:r>
      <w:r w:rsidRPr="00F1685B">
        <w:rPr>
          <w:rFonts w:eastAsia="Malgun Gothic" w:hint="eastAsia"/>
          <w:color w:val="808080" w:themeColor="background1" w:themeShade="80"/>
          <w:sz w:val="18"/>
          <w:szCs w:val="18"/>
          <w:lang w:eastAsia="ko-KR"/>
        </w:rPr>
        <w:t>:</w:t>
      </w:r>
      <w:r w:rsidR="00B356CA" w:rsidRPr="00F1685B">
        <w:rPr>
          <w:rFonts w:eastAsia="Malgun Gothic" w:hint="eastAsia"/>
          <w:color w:val="808080" w:themeColor="background1" w:themeShade="80"/>
          <w:sz w:val="18"/>
          <w:szCs w:val="18"/>
          <w:lang w:eastAsia="ko-KR"/>
        </w:rPr>
        <w:t xml:space="preserve"> which researchers or institutions you have connected with, what collaboration topics were discussed, and which Horizon Europe call(s) you plan to apply for.</w:t>
      </w:r>
    </w:p>
    <w:tbl>
      <w:tblPr>
        <w:tblStyle w:val="TableGrid"/>
        <w:tblW w:w="864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6703A8" w:rsidRPr="00E251B4" w14:paraId="4AA2A030" w14:textId="77777777" w:rsidTr="00DD4A82">
        <w:trPr>
          <w:trHeight w:val="4599"/>
        </w:trPr>
        <w:tc>
          <w:tcPr>
            <w:tcW w:w="8647" w:type="dxa"/>
          </w:tcPr>
          <w:p w14:paraId="273C2D4D" w14:textId="5F12A92C" w:rsidR="006703A8" w:rsidRPr="00E251B4" w:rsidRDefault="006703A8" w:rsidP="00291C3E">
            <w:pPr>
              <w:pStyle w:val="ListBullet"/>
              <w:numPr>
                <w:ilvl w:val="0"/>
                <w:numId w:val="0"/>
              </w:numPr>
              <w:spacing w:before="240"/>
              <w:rPr>
                <w:rFonts w:eastAsia="Malgun Gothic"/>
                <w:sz w:val="24"/>
                <w:szCs w:val="24"/>
                <w:lang w:eastAsia="ko-KR"/>
              </w:rPr>
            </w:pPr>
          </w:p>
        </w:tc>
      </w:tr>
    </w:tbl>
    <w:p w14:paraId="75C86107" w14:textId="47178D33" w:rsidR="009F0BCB" w:rsidRPr="00E251B4" w:rsidRDefault="00000000" w:rsidP="00020576">
      <w:pPr>
        <w:pStyle w:val="Heading1"/>
        <w:spacing w:before="240"/>
      </w:pPr>
      <w:r w:rsidRPr="00E251B4">
        <w:t xml:space="preserve">Additional </w:t>
      </w:r>
      <w:r w:rsidR="00BE5684" w:rsidRPr="00E251B4">
        <w:rPr>
          <w:rFonts w:eastAsia="Malgun Gothic" w:hint="eastAsia"/>
          <w:lang w:eastAsia="ko-KR"/>
        </w:rPr>
        <w:t>c</w:t>
      </w:r>
      <w:r w:rsidRPr="00E251B4">
        <w:t>omments</w:t>
      </w:r>
    </w:p>
    <w:p w14:paraId="4BBE1000" w14:textId="7799B5A0" w:rsidR="009F0BCB" w:rsidRPr="00DD4A82" w:rsidRDefault="00604F61" w:rsidP="00DD4A82">
      <w:pPr>
        <w:spacing w:line="240" w:lineRule="auto"/>
        <w:rPr>
          <w:rFonts w:eastAsia="Malgun Gothic"/>
          <w:color w:val="808080" w:themeColor="background1" w:themeShade="80"/>
          <w:sz w:val="18"/>
          <w:szCs w:val="18"/>
          <w:lang w:eastAsia="ko-KR"/>
        </w:rPr>
      </w:pPr>
      <w:r w:rsidRPr="00DD4A82">
        <w:rPr>
          <w:rFonts w:eastAsia="Malgun Gothic" w:hint="eastAsia"/>
          <w:color w:val="808080" w:themeColor="background1" w:themeShade="80"/>
          <w:sz w:val="18"/>
          <w:szCs w:val="18"/>
          <w:lang w:eastAsia="ko-KR"/>
        </w:rPr>
        <w:t xml:space="preserve">Please feel free to write </w:t>
      </w:r>
      <w:r w:rsidRPr="00DD4A82">
        <w:rPr>
          <w:rFonts w:eastAsia="Malgun Gothic"/>
          <w:color w:val="808080" w:themeColor="background1" w:themeShade="80"/>
          <w:sz w:val="18"/>
          <w:szCs w:val="18"/>
          <w:lang w:eastAsia="ko-KR"/>
        </w:rPr>
        <w:t>any suggestions or ideas for the operation of the forum</w:t>
      </w:r>
      <w:r w:rsidR="00DD4A82" w:rsidRPr="00DD4A82">
        <w:rPr>
          <w:rFonts w:eastAsia="Malgun Gothic" w:hint="eastAsia"/>
          <w:color w:val="808080" w:themeColor="background1" w:themeShade="80"/>
          <w:sz w:val="18"/>
          <w:szCs w:val="18"/>
          <w:lang w:eastAsia="ko-KR"/>
        </w:rPr>
        <w:t xml:space="preserve"> on the back of the page</w:t>
      </w:r>
      <w:r w:rsidR="00DD4A82">
        <w:rPr>
          <w:rFonts w:eastAsia="Malgun Gothic" w:hint="eastAsia"/>
          <w:color w:val="808080" w:themeColor="background1" w:themeShade="80"/>
          <w:sz w:val="18"/>
          <w:szCs w:val="18"/>
          <w:lang w:eastAsia="ko-KR"/>
        </w:rPr>
        <w:t>.</w:t>
      </w:r>
    </w:p>
    <w:sectPr w:rsidR="009F0BCB" w:rsidRPr="00DD4A82" w:rsidSect="000D576D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E0CBC" w14:textId="77777777" w:rsidR="005B1F2C" w:rsidRDefault="005B1F2C" w:rsidP="00644BF2">
      <w:pPr>
        <w:spacing w:after="0" w:line="240" w:lineRule="auto"/>
      </w:pPr>
      <w:r>
        <w:separator/>
      </w:r>
    </w:p>
  </w:endnote>
  <w:endnote w:type="continuationSeparator" w:id="0">
    <w:p w14:paraId="2D650BB3" w14:textId="77777777" w:rsidR="005B1F2C" w:rsidRDefault="005B1F2C" w:rsidP="00644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725FB" w14:textId="77777777" w:rsidR="005B1F2C" w:rsidRDefault="005B1F2C" w:rsidP="00644BF2">
      <w:pPr>
        <w:spacing w:after="0" w:line="240" w:lineRule="auto"/>
      </w:pPr>
      <w:r>
        <w:separator/>
      </w:r>
    </w:p>
  </w:footnote>
  <w:footnote w:type="continuationSeparator" w:id="0">
    <w:p w14:paraId="3398D755" w14:textId="77777777" w:rsidR="005B1F2C" w:rsidRDefault="005B1F2C" w:rsidP="00644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49C09" w14:textId="6F59CF80" w:rsidR="00BF39B7" w:rsidRPr="009D49D1" w:rsidRDefault="009D49D1">
    <w:pPr>
      <w:pStyle w:val="Header"/>
      <w:rPr>
        <w:rFonts w:eastAsia="Malgun Gothic"/>
        <w:lang w:eastAsia="ko-KR"/>
      </w:rPr>
    </w:pPr>
    <w:r>
      <w:rPr>
        <w:rFonts w:eastAsia="Malgun Gothic" w:hint="eastAsia"/>
        <w:lang w:eastAsia="ko-KR"/>
      </w:rPr>
      <w:t>Full name: 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2BCD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9938378">
    <w:abstractNumId w:val="8"/>
  </w:num>
  <w:num w:numId="2" w16cid:durableId="1082332128">
    <w:abstractNumId w:val="6"/>
  </w:num>
  <w:num w:numId="3" w16cid:durableId="903372318">
    <w:abstractNumId w:val="5"/>
  </w:num>
  <w:num w:numId="4" w16cid:durableId="907418830">
    <w:abstractNumId w:val="4"/>
  </w:num>
  <w:num w:numId="5" w16cid:durableId="1355957232">
    <w:abstractNumId w:val="7"/>
  </w:num>
  <w:num w:numId="6" w16cid:durableId="681473156">
    <w:abstractNumId w:val="3"/>
  </w:num>
  <w:num w:numId="7" w16cid:durableId="1663728779">
    <w:abstractNumId w:val="2"/>
  </w:num>
  <w:num w:numId="8" w16cid:durableId="1902866184">
    <w:abstractNumId w:val="1"/>
  </w:num>
  <w:num w:numId="9" w16cid:durableId="1669164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643"/>
    <w:rsid w:val="00020576"/>
    <w:rsid w:val="00034616"/>
    <w:rsid w:val="00054116"/>
    <w:rsid w:val="0006063C"/>
    <w:rsid w:val="000D576D"/>
    <w:rsid w:val="000F4B7F"/>
    <w:rsid w:val="00104971"/>
    <w:rsid w:val="00123594"/>
    <w:rsid w:val="00130710"/>
    <w:rsid w:val="001368FE"/>
    <w:rsid w:val="0015074B"/>
    <w:rsid w:val="00153BE3"/>
    <w:rsid w:val="00161DB4"/>
    <w:rsid w:val="001658EC"/>
    <w:rsid w:val="001661F8"/>
    <w:rsid w:val="00173FCB"/>
    <w:rsid w:val="00174C73"/>
    <w:rsid w:val="001E47CB"/>
    <w:rsid w:val="001F53FF"/>
    <w:rsid w:val="001F77AF"/>
    <w:rsid w:val="00225C21"/>
    <w:rsid w:val="002416A0"/>
    <w:rsid w:val="0027002A"/>
    <w:rsid w:val="002725B0"/>
    <w:rsid w:val="00291C3E"/>
    <w:rsid w:val="0029639D"/>
    <w:rsid w:val="002A7D6C"/>
    <w:rsid w:val="00303C82"/>
    <w:rsid w:val="00326F90"/>
    <w:rsid w:val="003C12CD"/>
    <w:rsid w:val="003C64D6"/>
    <w:rsid w:val="00456CBB"/>
    <w:rsid w:val="0047185F"/>
    <w:rsid w:val="004A43B9"/>
    <w:rsid w:val="004C3D3E"/>
    <w:rsid w:val="004D428F"/>
    <w:rsid w:val="00504582"/>
    <w:rsid w:val="00520A62"/>
    <w:rsid w:val="005673BF"/>
    <w:rsid w:val="005B1DE0"/>
    <w:rsid w:val="005B1F2C"/>
    <w:rsid w:val="005D31D0"/>
    <w:rsid w:val="005E0571"/>
    <w:rsid w:val="00604F61"/>
    <w:rsid w:val="00634E3B"/>
    <w:rsid w:val="00644BF2"/>
    <w:rsid w:val="00645A21"/>
    <w:rsid w:val="006703A8"/>
    <w:rsid w:val="006E1095"/>
    <w:rsid w:val="006E5C1F"/>
    <w:rsid w:val="00717A56"/>
    <w:rsid w:val="00722CC3"/>
    <w:rsid w:val="00725227"/>
    <w:rsid w:val="00730BD4"/>
    <w:rsid w:val="007541A7"/>
    <w:rsid w:val="008679F4"/>
    <w:rsid w:val="00877B9A"/>
    <w:rsid w:val="008E6684"/>
    <w:rsid w:val="008F44B0"/>
    <w:rsid w:val="00932486"/>
    <w:rsid w:val="0099102C"/>
    <w:rsid w:val="009C694C"/>
    <w:rsid w:val="009D49D1"/>
    <w:rsid w:val="009F0BCB"/>
    <w:rsid w:val="00A40CCA"/>
    <w:rsid w:val="00A42FEC"/>
    <w:rsid w:val="00A460D7"/>
    <w:rsid w:val="00A5124C"/>
    <w:rsid w:val="00A72659"/>
    <w:rsid w:val="00A91F6C"/>
    <w:rsid w:val="00AA1D8D"/>
    <w:rsid w:val="00B356CA"/>
    <w:rsid w:val="00B47730"/>
    <w:rsid w:val="00B66FAA"/>
    <w:rsid w:val="00B71B05"/>
    <w:rsid w:val="00B77487"/>
    <w:rsid w:val="00BA3316"/>
    <w:rsid w:val="00BE5684"/>
    <w:rsid w:val="00BF36FA"/>
    <w:rsid w:val="00BF39B7"/>
    <w:rsid w:val="00C542B9"/>
    <w:rsid w:val="00CB0664"/>
    <w:rsid w:val="00CE4111"/>
    <w:rsid w:val="00CF586E"/>
    <w:rsid w:val="00D13CE4"/>
    <w:rsid w:val="00D14863"/>
    <w:rsid w:val="00D405C8"/>
    <w:rsid w:val="00D47D54"/>
    <w:rsid w:val="00D67106"/>
    <w:rsid w:val="00DD4A82"/>
    <w:rsid w:val="00E251B4"/>
    <w:rsid w:val="00E75110"/>
    <w:rsid w:val="00EB40C0"/>
    <w:rsid w:val="00EF1F02"/>
    <w:rsid w:val="00F1685B"/>
    <w:rsid w:val="00F61B26"/>
    <w:rsid w:val="00F66C2F"/>
    <w:rsid w:val="00F97BBC"/>
    <w:rsid w:val="00FC2E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AA10EA"/>
  <w14:defaultImageDpi w14:val="330"/>
  <w15:docId w15:val="{DDEBF377-9C9E-4C4E-AC9F-3F33D835F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B26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6703A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Yale SONG</cp:lastModifiedBy>
  <cp:revision>25</cp:revision>
  <cp:lastPrinted>2025-10-14T07:52:00Z</cp:lastPrinted>
  <dcterms:created xsi:type="dcterms:W3CDTF">2025-10-13T07:09:00Z</dcterms:created>
  <dcterms:modified xsi:type="dcterms:W3CDTF">2025-10-16T06:47:00Z</dcterms:modified>
  <cp:category/>
</cp:coreProperties>
</file>